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hyperlink r:id="rId10">
        <w:r>
          <w:drawing>
            <wp:inline xmlns:a="http://schemas.openxmlformats.org/drawingml/2006/main" xmlns:pic="http://schemas.openxmlformats.org/drawingml/2006/picture">
              <wp:extent cx="7315200" cy="10378440"/>
              <wp:docPr id="1" name="Picture 1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0" name="a_clean_bright_professional_invitation_flyer_pos.png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5200" cy="10378440"/>
                      </a:xfrm>
                      <a:prstGeom prst="rect"/>
                    </pic:spPr>
                  </pic:pic>
                </a:graphicData>
              </a:graphic>
            </wp:inline>
          </w:drawing>
        </w:r>
      </w:hyperlink>
    </w:p>
    <w:sectPr w:rsidR="00FC693F" w:rsidRPr="0006063C" w:rsidSect="00034616">
      <w:pgSz w:w="11909" w:h="16834"/>
      <w:pgMar w:top="173" w:right="173" w:bottom="173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us06web.zoom.us/j/84932708257?pwd=C6QbMhIBNN2w6f77UVZTARJ87UpuqJ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