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47299" cy="10666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7299" cy="10666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4" w:h="11909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47864" cy="1066698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47864" cy="106669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47864" cy="1066698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47864" cy="106669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759700" cy="10033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03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759700" cy="10033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03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759700" cy="10033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03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759700" cy="10033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03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759700" cy="10033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03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759700" cy="10033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03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759700" cy="10033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03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76635" cy="7536688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676635" cy="753668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4" w:h="11909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